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Bug Report - pfSense CE 2.8.1 / FRR OSPF Route Installation Regression</w:t>
      </w:r>
    </w:p>
    <w:p>
      <w:r>
        <w:t>Prepared from a real production troubleshooting session.</w:t>
      </w:r>
    </w:p>
    <w:p>
      <w:pPr>
        <w:pStyle w:val="Heading2"/>
      </w:pPr>
      <w:r>
        <w:t>Title</w:t>
      </w:r>
    </w:p>
    <w:p>
      <w:r>
        <w:rPr>
          <w:sz w:val="21"/>
        </w:rPr>
        <w:t>FRR OSPF learns routes but fails to install them into the FreeBSD kernel routing table after upgrading one node from pfSense CE 2.7.2 to 2.8.1.</w:t>
      </w:r>
    </w:p>
    <w:p>
      <w:pPr>
        <w:pStyle w:val="Heading2"/>
      </w:pPr>
      <w:r>
        <w:t>Environment</w:t>
      </w:r>
    </w:p>
    <w:p>
      <w:r>
        <w:rPr>
          <w:sz w:val="21"/>
        </w:rPr>
        <w:t>Topology:</w:t>
        <w:br/>
        <w:t>FW100 (172.168.100.0/24)</w:t>
        <w:br/>
        <w:t xml:space="preserve">        |</w:t>
        <w:br/>
        <w:t xml:space="preserve"> OpenVPN TLS P2P (50.0.1.0)</w:t>
        <w:br/>
        <w:t xml:space="preserve">        |</w:t>
        <w:br/>
        <w:t>FW75 (172.168.75.0/24)</w:t>
        <w:br/>
        <w:t xml:space="preserve">        |</w:t>
        <w:br/>
        <w:t xml:space="preserve"> OpenVPN TLS P2P (50.0.10.0)</w:t>
        <w:br/>
        <w:t xml:space="preserve">        |</w:t>
        <w:br/>
        <w:t>FW50 (172.168.50.0/24)</w:t>
        <w:br/>
        <w:br/>
        <w:t>- Three pfSense CE firewalls</w:t>
        <w:br/>
        <w:t>- FRR OSPF Area 0.0.0.0</w:t>
        <w:br/>
        <w:t>- OpenVPN TLS site-to-site</w:t>
        <w:br/>
        <w:t>- Only FW50 upgraded from 2.7.2 to 2.8.1</w:t>
        <w:br/>
        <w:t>- Other firewalls remained on 2.7.2</w:t>
        <w:br/>
      </w:r>
    </w:p>
    <w:p>
      <w:pPr>
        <w:pStyle w:val="Heading2"/>
      </w:pPr>
      <w:r>
        <w:t>Problem Description</w:t>
      </w:r>
    </w:p>
    <w:p>
      <w:r>
        <w:rPr>
          <w:sz w:val="21"/>
        </w:rPr>
        <w:t>Immediately after upgrading FW50 to pfSense CE 2.8.1, communication between LAN 172.168.75.0/24 and LAN 172.168.50.0/24 stopped.</w:t>
        <w:br/>
        <w:t>The OpenVPN tunnel remained established and OSPF adjacency remained FULL. The issue affected only the installation of one learned OSPF route into the kernel routing table.</w:t>
      </w:r>
    </w:p>
    <w:p>
      <w:pPr>
        <w:pStyle w:val="Heading2"/>
      </w:pPr>
      <w:r>
        <w:t>Evidence Collected</w:t>
      </w:r>
    </w:p>
    <w:p>
      <w:r>
        <w:rPr>
          <w:sz w:val="21"/>
        </w:rPr>
        <w:t>• OpenVPN tunnel operational (point-to-point interface up).</w:t>
      </w:r>
    </w:p>
    <w:p>
      <w:r>
        <w:rPr>
          <w:sz w:val="21"/>
        </w:rPr>
        <w:t>• OSPF neighbors remained FULL.</w:t>
      </w:r>
    </w:p>
    <w:p>
      <w:r>
        <w:rPr>
          <w:sz w:val="21"/>
        </w:rPr>
        <w:t>• OSPF database synchronized successfully.</w:t>
      </w:r>
    </w:p>
    <w:p>
      <w:r>
        <w:rPr>
          <w:sz w:val="21"/>
        </w:rPr>
        <w:t>• 'show ip route 172.168.50.0/24' showed the route learned via OSPF.</w:t>
      </w:r>
    </w:p>
    <w:p>
      <w:r>
        <w:rPr>
          <w:sz w:val="21"/>
        </w:rPr>
        <w:t>• 'netstat -rn' did not contain 172.168.50.0/24.</w:t>
      </w:r>
    </w:p>
    <w:p>
      <w:r>
        <w:rPr>
          <w:sz w:val="21"/>
        </w:rPr>
        <w:t>• 'route -n get 172.168.50.254' followed the default WAN gateway instead of the VPN.</w:t>
      </w:r>
    </w:p>
    <w:p>
      <w:r>
        <w:rPr>
          <w:sz w:val="21"/>
        </w:rPr>
        <w:t>• Traceroute from LAN exited through the Internet.</w:t>
      </w:r>
    </w:p>
    <w:p>
      <w:r>
        <w:rPr>
          <w:sz w:val="21"/>
        </w:rPr>
        <w:t>• Adding 'route add -net 172.168.50.0/24 50.0.10.2' immediately restored connectivity.</w:t>
      </w:r>
    </w:p>
    <w:p>
      <w:r>
        <w:rPr>
          <w:sz w:val="21"/>
        </w:rPr>
        <w:t>• Adding 'ip route 172.168.50.0/24 50.0.10.2' in FRR caused Zebra to install the route into the kernel (K&gt;* entry).</w:t>
      </w:r>
    </w:p>
    <w:p>
      <w:r>
        <w:rPr>
          <w:sz w:val="21"/>
        </w:rPr>
        <w:t>• After removing the workaround, the original behavior returned.</w:t>
      </w:r>
    </w:p>
    <w:p>
      <w:pPr>
        <w:pStyle w:val="Heading2"/>
      </w:pPr>
      <w:r>
        <w:t>Relevant Commands</w:t>
      </w:r>
    </w:p>
    <w:tbl>
      <w:tblPr>
        <w:tblStyle w:val="TableGrid"/>
        <w:tblW w:type="auto" w:w="0"/>
        <w:tblLook w:firstColumn="1" w:firstRow="1" w:lastColumn="0" w:lastRow="0" w:noHBand="0" w:noVBand="1" w:val="04A0"/>
      </w:tblPr>
      <w:tblGrid>
        <w:gridCol w:w="2880"/>
        <w:gridCol w:w="2880"/>
        <w:gridCol w:w="2880"/>
      </w:tblGrid>
      <w:tr>
        <w:tc>
          <w:tcPr>
            <w:tcW w:type="dxa" w:w="2880"/>
          </w:tcPr>
          <w:p>
            <w:r>
              <w:t>Purpose</w:t>
            </w:r>
          </w:p>
        </w:tc>
        <w:tc>
          <w:tcPr>
            <w:tcW w:type="dxa" w:w="2880"/>
          </w:tcPr>
          <w:p>
            <w:r>
              <w:t>Command</w:t>
            </w:r>
          </w:p>
        </w:tc>
        <w:tc>
          <w:tcPr>
            <w:tcW w:type="dxa" w:w="2880"/>
          </w:tcPr>
          <w:p>
            <w:r>
              <w:t>Observed Result</w:t>
            </w:r>
          </w:p>
        </w:tc>
      </w:tr>
      <w:tr>
        <w:tc>
          <w:tcPr>
            <w:tcW w:type="dxa" w:w="2880"/>
          </w:tcPr>
          <w:p>
            <w:r>
              <w:t>OSPF Neighbor</w:t>
            </w:r>
          </w:p>
        </w:tc>
        <w:tc>
          <w:tcPr>
            <w:tcW w:type="dxa" w:w="2880"/>
          </w:tcPr>
          <w:p>
            <w:r>
              <w:t>show ip ospf neighbor</w:t>
            </w:r>
          </w:p>
        </w:tc>
        <w:tc>
          <w:tcPr>
            <w:tcW w:type="dxa" w:w="2880"/>
          </w:tcPr>
          <w:p>
            <w:r>
              <w:t>Neighbor state FULL.</w:t>
            </w:r>
          </w:p>
        </w:tc>
      </w:tr>
      <w:tr>
        <w:tc>
          <w:tcPr>
            <w:tcW w:type="dxa" w:w="2880"/>
          </w:tcPr>
          <w:p>
            <w:r>
              <w:t>Specific Route</w:t>
            </w:r>
          </w:p>
        </w:tc>
        <w:tc>
          <w:tcPr>
            <w:tcW w:type="dxa" w:w="2880"/>
          </w:tcPr>
          <w:p>
            <w:r>
              <w:t>show ip route 172.168.50.0/24</w:t>
            </w:r>
          </w:p>
        </w:tc>
        <w:tc>
          <w:tcPr>
            <w:tcW w:type="dxa" w:w="2880"/>
          </w:tcPr>
          <w:p>
            <w:r>
              <w:t>Route learned through OSPF.</w:t>
            </w:r>
          </w:p>
        </w:tc>
      </w:tr>
      <w:tr>
        <w:tc>
          <w:tcPr>
            <w:tcW w:type="dxa" w:w="2880"/>
          </w:tcPr>
          <w:p>
            <w:r>
              <w:t>Kernel Table</w:t>
            </w:r>
          </w:p>
        </w:tc>
        <w:tc>
          <w:tcPr>
            <w:tcW w:type="dxa" w:w="2880"/>
          </w:tcPr>
          <w:p>
            <w:r>
              <w:t>netstat -rn</w:t>
            </w:r>
          </w:p>
        </w:tc>
        <w:tc>
          <w:tcPr>
            <w:tcW w:type="dxa" w:w="2880"/>
          </w:tcPr>
          <w:p>
            <w:r>
              <w:t>Missing 172.168.50.0/24.</w:t>
            </w:r>
          </w:p>
        </w:tc>
      </w:tr>
      <w:tr>
        <w:tc>
          <w:tcPr>
            <w:tcW w:type="dxa" w:w="2880"/>
          </w:tcPr>
          <w:p>
            <w:r>
              <w:t>Route Lookup</w:t>
            </w:r>
          </w:p>
        </w:tc>
        <w:tc>
          <w:tcPr>
            <w:tcW w:type="dxa" w:w="2880"/>
          </w:tcPr>
          <w:p>
            <w:r>
              <w:t>route -n get 172.168.50.254</w:t>
            </w:r>
          </w:p>
        </w:tc>
        <w:tc>
          <w:tcPr>
            <w:tcW w:type="dxa" w:w="2880"/>
          </w:tcPr>
          <w:p>
            <w:r>
              <w:t>Default WAN selected.</w:t>
            </w:r>
          </w:p>
        </w:tc>
      </w:tr>
      <w:tr>
        <w:tc>
          <w:tcPr>
            <w:tcW w:type="dxa" w:w="2880"/>
          </w:tcPr>
          <w:p>
            <w:r>
              <w:t>Temporary Test</w:t>
            </w:r>
          </w:p>
        </w:tc>
        <w:tc>
          <w:tcPr>
            <w:tcW w:type="dxa" w:w="2880"/>
          </w:tcPr>
          <w:p>
            <w:r>
              <w:t>route add -net 172.168.50.0/24 50.0.10.2</w:t>
            </w:r>
          </w:p>
        </w:tc>
        <w:tc>
          <w:tcPr>
            <w:tcW w:type="dxa" w:w="2880"/>
          </w:tcPr>
          <w:p>
            <w:r>
              <w:t>Connectivity restored.</w:t>
            </w:r>
          </w:p>
        </w:tc>
      </w:tr>
      <w:tr>
        <w:tc>
          <w:tcPr>
            <w:tcW w:type="dxa" w:w="2880"/>
          </w:tcPr>
          <w:p>
            <w:r>
              <w:t>FRR Static Route</w:t>
            </w:r>
          </w:p>
        </w:tc>
        <w:tc>
          <w:tcPr>
            <w:tcW w:type="dxa" w:w="2880"/>
          </w:tcPr>
          <w:p>
            <w:r>
              <w:t>ip route 172.168.50.0/24 50.0.10.2</w:t>
            </w:r>
          </w:p>
        </w:tc>
        <w:tc>
          <w:tcPr>
            <w:tcW w:type="dxa" w:w="2880"/>
          </w:tcPr>
          <w:p>
            <w:r>
              <w:t>Kernel route installed.</w:t>
            </w:r>
          </w:p>
        </w:tc>
      </w:tr>
    </w:tbl>
    <w:p>
      <w:pPr>
        <w:pStyle w:val="Heading2"/>
      </w:pPr>
      <w:r>
        <w:t>Expected Behavior</w:t>
      </w:r>
    </w:p>
    <w:p>
      <w:r>
        <w:rPr>
          <w:sz w:val="21"/>
        </w:rPr>
        <w:t>Routes learned by OSPF should automatically be installed into the FreeBSD kernel routing table by Zebra.</w:t>
      </w:r>
    </w:p>
    <w:p>
      <w:pPr>
        <w:pStyle w:val="Heading2"/>
      </w:pPr>
      <w:r>
        <w:t>Observed Behavior</w:t>
      </w:r>
    </w:p>
    <w:p>
      <w:r>
        <w:rPr>
          <w:sz w:val="21"/>
        </w:rPr>
        <w:t>The OSPF process correctly learned the route, maintained FULL adjacency and synchronized the LSDB, but the learned route was not installed into the kernel until manually added.</w:t>
      </w:r>
    </w:p>
    <w:p>
      <w:pPr>
        <w:pStyle w:val="Heading2"/>
      </w:pPr>
      <w:r>
        <w:t>Workaround</w:t>
      </w:r>
    </w:p>
    <w:p>
      <w:r>
        <w:rPr>
          <w:sz w:val="21"/>
        </w:rPr>
        <w:t>A manually inserted kernel route or an FRR static route immediately restored connectivity. This demonstrates that OpenVPN, the kernel routing subsystem and the next-hop were functional.</w:t>
      </w:r>
    </w:p>
    <w:p>
      <w:pPr>
        <w:pStyle w:val="Heading2"/>
      </w:pPr>
      <w:r>
        <w:t>Conclusion</w:t>
      </w:r>
    </w:p>
    <w:p>
      <w:r>
        <w:rPr>
          <w:sz w:val="21"/>
        </w:rPr>
        <w:t>Based on all collected evidence, the issue appears to be related to the automatic installation of an OSPF-learned route into the kernel after upgrading one firewall from pfSense CE 2.7.2 to 2.8.1. The report intentionally describes observable facts without asserting the exact root cause. The maintainers are encouraged to review the interaction between the FRR package (ospfd/zebra) and the kernel routing table in this upgrade scenario.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